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מקור החג ומשמעותו בקהילת ביתא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 מפתח כמו ברית, חזון וחוסן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מילות קישור כי, אבל, לכן בהקשר 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השתחוות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ברית עם התורה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לחזון משותף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כוח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בטיילת בירושלים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בטקסט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האורית נקראה בגעז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מצוין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מוגדר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החג מלמד שחלום כן יכול להתגשם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השתחוות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חזון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רשמי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מילות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לכן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(השתחוות)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(הבטחה מחודשת)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(חלום משותף)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(כוח להמשיך)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(מנהיגים רוחניים)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(שפת האורית)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ומשתפים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שימוש במילים כמו חזון, חוסן, קהילה, תקווה, ושהתשובה אישית וענייינית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לכלול את הרעיון של געגוע שהפך לחזון ולהגשמה בפועל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שהתלמיד מזכיר מושג רלוונטי כמו ברית, חזון או חוסן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שהמשפט הגיוני ומשתמש נכון במילת הקישור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אישית, אין צורך בתיקון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בהשמעת הטקסט ובדיון קצר על המושג חזון משותף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שיתוף מרצון בלבד בחלק הכתיבה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לקבוצות הזקוקות להתאמה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חג הסיגד הוא חג של קהילת ביתא ישראל, ובו מחדשים ברית עם התורה ומביעים געגוע וחזון לירושלים. היום זהו חג רשמי של מדינת ישראל.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פירוש המילה 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השתחוות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מחדשים בחג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ברית עם התורה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הבגדים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הלוח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שפה כתובה האורית?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אמהרית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געז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ערבית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הפך הגעגוע של הקהילה לירושלים?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לשכחה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לחזון משותף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נתן החזון המשותף לקהילה?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מנוחה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היכן חוגגים את הסיגד היום?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בהר בגליל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בטיילת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בכיכר בתל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במדבר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סיגד הוא חג רשמי של מדינת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האורית נקראה באתיופיה בשפה העברית.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החג חל בכ״ט בחשון.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הקסים הם מנהיגים רוחניים בקהילה.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החג מלמד שחלום לא יכול להתגשם.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סיגד פירושו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בחג מחדשים __________ עם התורה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האורית כתובה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הגעגוע הפך ל__________ משותף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החזון נתן לקהילה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סיגד הוא חג __________ של המדינה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הם היו רחוקים מירושלים, ___ לא שכחו אותה.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הקסים תרגמו לאמהרית, ___ רבים לא הבינו געז.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היה להם חזון משותף, ___ היה להם כוח.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העלייה הייתה קשה, ___ כולם עלו יחד.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לבשו לבן, ___ לבן הוא סימן לטוהר.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הצום נגמר, ___ חגגו בסעודה.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אז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חלום משותף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השתחוות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חזון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מנהיגים רוחניים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חוסן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שפת האורית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כוח להמשיך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געז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הבטחה מחודשת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ומשתפים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3-4 משפטים: מהו חלום שחשוב לכם, מה נותן לכם כוח, ולאיזו קבוצה אתם מרגישים שייכים?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חג הסיגד הוא חג של תקווה והגשמה.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מושג אחד שלמדתי מחג הסיגד הוא...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עם המילה כי, אבל או לכן על החג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עד כמה הבנתי את הנושא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