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ברית, חזון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כי, אבל, לכן בהקשר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ברית עם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לחזון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בטיילת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החג מלמד שחלום כן יכול להתגשם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(הבטחה מחודשת)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(חלום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(כוח להמשיך)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(מנהיגים רוחניים)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(שפת האורית)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כמו חזון, חוסן, קהילה, תקווה, ושהתשובה אישית וענייינית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לכלול את הרעיון של געגוע שהפך לחזון ולהגשמה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מזכיר מושג רלוונטי כמו ברית, חזון או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הגיוני ומשתמש נכון במילת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אישית, אין צורך בתיקון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הטקסט ובדיון קצר על המושג חזון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בחלק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סיגד הוא חג יהודי חשוב. בחג מחדשים ברית עם התורה. היום זה חג רשמי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השתחוות, שם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חזקה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חלום משותף לקבוצה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להמשיך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התורה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לחזור למקום או לדבר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ברית עם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הלוח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שפה כתוב ספר התורה של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לגעגוע של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החזון נתן לקהילה?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חוגגים את החג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בגליל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בכיכר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נקראה באתיופיה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חל בכ״ט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בקהילה.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מלמד שחלום לא יכול להתגשם.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מחדשים __________ עם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הגעגוע הפך ל__________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החזון נתן לקהילה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סיגד הוא חג __________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מנהיגים רוחניים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שפת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הבטחה מחודשת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חלום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כוח להמשיך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מהו חלום שחשוב לכם, מה נותן לכם כוח, ולאיזו קבוצה אתם מרגישים שייכים?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חג הסיגד הוא חג של תקווה והגשמה.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אחד שלמדתי מחג הסיגד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כי, אבל או לכן על 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 כמה הבנתי את הנושא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