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 בקהילת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ברית, חזון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כי, אבל, לכן בהקשר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ברית עם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לחזון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נקראה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(הבטחה מחודשת)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(חלום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(כוח להמשיך)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במילים כמו חזון, חוסן, קהילה, תקווה, ושהתשובה אישית וענייינית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מזכיר מושג רלוונטי כמו ברית, חזון או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שהמשפט הגיוני ומשתמש נכון במילת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אישית, אין צורך בתיקון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הטקסט ובדיון קצר על המושג חזון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מרצון בלבד בחלק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קהילת ביתא ישראל, ובו מחדשים ברית עם התורה ומביעים געגוע וחזון לירושלים. היום זהו חג רשמי של מדינת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חזון  ·  ברית  ·  השתחוות  ·  געז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מחדשים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ברית עם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הפך הגעגוע של הקהילה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לחזון משותף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 הוא חג רשמי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האורית נקראה באתיופיה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החג חל בכ״ט בחשון.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סיגד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מחדשים __________ עם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האורית כתובה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הגעגוע הפך ל__________ משותף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הם היו רחוקים מירושלים, ___ לא שכחו אותה.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היה להם חזון משותף, ___ היה להם כוח.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לבשו לבן, ___ לבן הוא סימן לטוהר.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הבטחה מחודשת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כוח להמשיך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חלום משותף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מהו חלום שחשוב לכם, מה נותן לכם כוח, ולאיזו קבוצה אתם מרגישים שייכים?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מושג אחד שלמדתי מחג הסיגד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עם המילה כי, אבל או לכן על 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